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"Кумторкалинский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2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"Коркмаскалинская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3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Завуч нач.кл.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4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______________Гаджимурзаева С.С.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______________Керимова Д.Б.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______________Гаджакаева П.Т.</w:t>
            </w:r>
          </w:p>
        </w:tc>
      </w:tr>
      <w:tr>
        <w:trPr>
          <w:trHeight w:hRule="exact" w:val="42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2022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2418751)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4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«Изобразительное искусство»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Бамматханова Индира Джабраиловна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99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с.Коркмаскала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изобразительному искусству для обучающихся 1 класса на уровне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составлена на основе «Требований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программы», представленных в Федеральном государственном образовательном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стандарте начального общего образования.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распределено по модулям с учётом проверяемых требований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учебного предмета, выносимым на промежуточную аттестацию.</w:t>
      </w:r>
    </w:p>
    <w:p>
      <w:pPr>
        <w:autoSpaceDN w:val="0"/>
        <w:autoSpaceDE w:val="0"/>
        <w:widowControl/>
        <w:spacing w:line="278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Цель преподавания предмета «Изобразительное искусство» состоит в формировании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культуры учащихся, развитии художественно-образного мышления и эстетического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отношения к явлениям действительности путём освоения начальных основ художественных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умений, навыков и развития творческого потенциала учащихся.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Преподавание предмета направлено на развитие духовной культуры учащихся,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активной эстетической позиции по отношению к действительности и произведениям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роли и значения художественной деятельности в жизни людей.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охватывает все основные вида визуально-пространственных искусств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(собственно изобразительных): начальные основы графики, живописи и скульптуры,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прикладные и народные виды искусства, архитектуру и дизайн. Особое внимание уделено развитию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эстетического восприятия природы, восприятию произведений искусства и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навыков, художественному восприятию предметно-бытовой культуры. Для учащихся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 большое значение также имеет восприятие произведений детского творчества,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обсуждать и анализировать детские рисунки с позиций выраженного в них содержания,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средств выразительности, соответствия учебной задачи, поставленной учителем.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Такая рефлексия детского творчества имеет позитивный обучающий характер.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Важнейшей задачей является формирование активного, ценностного отношения к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изобразительном искусстве, в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образах предметно-материальной и пространственной среды, в понимании красоты 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Учебные темы, связанные с восприятием, могут быть реализованы как отдельные уроки, но чаще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всего следует объединять задачи восприятия с задачами практической творческой работы (при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сохранении учебного времени на восприятие произведений искусства и 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действительности).</w:t>
      </w:r>
    </w:p>
    <w:p>
      <w:pPr>
        <w:autoSpaceDN w:val="0"/>
        <w:autoSpaceDE w:val="0"/>
        <w:widowControl/>
        <w:spacing w:line="28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занятиях учащиеся знакомятся с многообразием видов художественной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технически доступным разнообразием художественных материалов. Практическая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художественно-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творческая деятельность занимает приоритетное пространство учебного времени. При опоре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искусства художественно-эстетическое отношение к миру формируется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прежде всего в собственной художественной деятельности, в процессе практического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художественно-творческих задач.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учитывает психолого-возрастные особенности развития детей 7—8 лет,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этом содержание занятий может быть адаптировано с учётом индивидуальных качеств обучающихся,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для детей, проявляющих выдающиеся способности, так и для детей-инвалидов и детей с ОВЗ.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урочное время деятельность обучающихся организуется как в индивидуальном, так и в групповом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формате с задачей формирования навыков сотрудничества в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«ИЗОБРАЗИТЕЛЬНОЕ ИСКУССТВО» В УЧЕБНОМ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ПЛАНЕ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 учебный предмет «Изобразительное искусство» входит в предметную область</w:t>
      </w:r>
    </w:p>
    <w:p>
      <w:pPr>
        <w:sectPr>
          <w:pgSz w:w="11900" w:h="16840"/>
          <w:pgMar w:top="298" w:right="648" w:bottom="338" w:left="666" w:header="720" w:footer="720" w:gutter="0"/>
          <w:cols w:space="720" w:num="1" w:equalWidth="0"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и является обязательным для изучения. Содержание предмета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 структурировано как система тематических модулей и входит в учебный план 1—4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классов программы начального общего образования в объёме 1 ч одного учебного часа в неделю.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Изучение содержания всех модулей в 1 классе обязательно.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этом предусматривается возможность реализации этого курса при выделении на его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 учебных часов в неделю за счёт вариативной части учебного плана, определяемой участниками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образовательного процесса. При этом предполагается не увеличение количества тем для изучения,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увеличение времени на практическую художественную деятельность. Это способствует качеству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и достижению более высокого уровня как предметных, так и личностных и метапредметных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результатов обучения.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изобразительного искусства в 1 классе отводится 1 час в неделю, всего 33 часа.</w:t>
      </w:r>
    </w:p>
    <w:p>
      <w:pPr>
        <w:sectPr>
          <w:pgSz w:w="11900" w:h="16840"/>
          <w:pgMar w:top="286" w:right="682" w:bottom="1440" w:left="666" w:header="720" w:footer="720" w:gutter="0"/>
          <w:cols w:space="720" w:num="1" w:equalWidth="0"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Расположение изображения на листе. Выбор вертикального или горизонтального формата листа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содержания изображения.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Разные виды линий. Линейный рисунок. Графические материалы для линейного рисунка 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особенности. Приёмы рисования линией.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Рисование с натуры: разные листья и их форма.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пропорциях: короткое — длинное. Развитие навыка видения соотношения частей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целого (на основе рисунков животных).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Графическое пятно (ахроматическое) и представление о силуэте. Формирование навыка видения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целостности. Цельная форма и её части.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Цвет как одно из главных средств выражения в изобразительном искусстве. Навыки работы гуашью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условиях урока. Краски «гуашь», кисти, бумага цветная и белая.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Три основных цвета. Ассоциативные представления, связанные с каждым цветом. Навыки смешения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красок и получение нового цвета.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Эмоциональная выразительность цвета, способы выражение настроения в изображаемом сюжете.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Живописное изображение разных цветков по представлению и восприятию. Развитие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 гуашью. Эмоциональная выразительность цвета.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Тематическая композиция «Времена года». Контрастные цветовые состояния времён года.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Живопись (гуашь), аппликация или смешанная техника.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Техника монотипии. Представления о симметрии. Развитие воображения.</w:t>
      </w:r>
    </w:p>
    <w:p>
      <w:pPr>
        <w:autoSpaceDN w:val="0"/>
        <w:autoSpaceDE w:val="0"/>
        <w:widowControl/>
        <w:spacing w:line="262" w:lineRule="auto" w:before="19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Изображение в объёме. Приёмы работы с пластилином; дощечка, стек, тряпочка.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зверушек из цельной формы (черепашки, ёжика, зайчика, птички и др.). Приёмы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вытягивания, вдавливания, сгибания, скручивания.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игрушки, характерной для одного из наиболее известных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 (дымковская или каргопольская игрушка или по выбору учителя с учётом местных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промыслов).</w:t>
      </w:r>
    </w:p>
    <w:p>
      <w:pPr>
        <w:autoSpaceDN w:val="0"/>
        <w:autoSpaceDE w:val="0"/>
        <w:widowControl/>
        <w:spacing w:line="262" w:lineRule="auto" w:before="72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Бумажная пластика. Овладение первичными приёмами над- резания, закручивания, складывания.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Объёмная аппликация из бумаги и картона.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Узоры в природе. Наблюдение узоров в живой природе (в условиях урока на основе фотографий).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Эмоционально-эстетическое восприятие объектов действительности. Ассоциативное сопоставление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орнаментами в предметах декоративно-прикладного искусства.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Узоры и орнаменты, создаваемые людьми, и разнообразие их видов. Орнаменты геометрические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растительные. Декоративная композиция в круге или в полосе.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симметрии и наблюдение её в природе. Последовательное ведение работы над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изображением бабочки по представлению, использование линии симметрии при составлении узора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крыльев.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Орнамент, характерный для игрушек одного из наиболее известных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промыслов: дымковская или каргопольская игрушка (или по выбору учителя с учётом местных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Дизайн предмета: изготовление нарядной упаковки путём складывания бумаги и аппликации.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Оригами — создание игрушки для новогодней ёлки. Приёмы складывания бумаги.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Наблюдение разнообразных архитектурных зданий в окружающем мире (по фотографиям),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обсуждение особенностей и составных частей зданий.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приёмов конструирования из бумаги. Складывание объёмных простых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тел. Овладение приёмами склеивания, надрезания и вырезания деталей; использование приёма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симметрии.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Макетирование (или аппликация) пространственной среды сказочного города из бумаги, картона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пластилина.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произведений детского творчества. Обсуждение сюжетного и эмоционального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детских работ.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Художественное наблюдение окружающего мира природы и предметной среды жизни человека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поставленной аналитической и эстетической задачи наблюдения (установки).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Рассматривание иллюстраций детской книги на основе содержательных установок учителя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изучаемой темой.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Знакомство с картиной, в которой ярко выражено эмоциональное состояние, или с картиной,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написанной на сказочный сюжет (произведения В. М. Васнецова, М. А. Врубеля и другие по выбору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учителя).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Художник и зритель. Освоение зрительских умений на основе получаемых знаний и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 — установок наблюдения. Ассоциации из личного опыта учащихся и оценка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эмоционального содержания произведений.</w:t>
      </w:r>
    </w:p>
    <w:p>
      <w:pPr>
        <w:autoSpaceDN w:val="0"/>
        <w:autoSpaceDE w:val="0"/>
        <w:widowControl/>
        <w:spacing w:line="271" w:lineRule="auto" w:before="190" w:after="0"/>
        <w:ind w:left="18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Фотографирование мелких деталей природы, выражение ярких зрительных впечатлений.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Обсуждение в условиях урока ученических фотографий, соответствующих изучаемой теме.</w:t>
      </w:r>
    </w:p>
    <w:p>
      <w:pPr>
        <w:sectPr>
          <w:pgSz w:w="11900" w:h="16840"/>
          <w:pgMar w:top="298" w:right="870" w:bottom="1440" w:left="666" w:header="720" w:footer="720" w:gutter="0"/>
          <w:cols w:space="720" w:num="1" w:equalWidth="0"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0" w:right="115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центре программы по изобразительному искусству в соответствии с ФГОС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находится личностное развитие обучающихся, приобщение их к российским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традиционным духовным ценностям, а также социализация личности.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призвана обеспечить достижение обучающимися личностных результатов: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ценностного отношения к своей Родине —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ценностно-смысловые ориентации и установки, отражающие индивидуально-личностные позиции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значимые личностные качества;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духовно-нравственное развитие обучающихся;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мотивацию к познанию и обучению, готовность к саморазвитию и активному участию в социально-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позитивный опыт участия в творческой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произведениям искусства и литературы, построенным на принципах нравственности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гуманизма, уважительного отношения и интереса к культурным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народов.</w:t>
      </w:r>
    </w:p>
    <w:p>
      <w:pPr>
        <w:autoSpaceDN w:val="0"/>
        <w:autoSpaceDE w:val="0"/>
        <w:widowControl/>
        <w:spacing w:line="281" w:lineRule="auto" w:before="19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Патриотическое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через освоение школьниками содержания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народном, декоративно-прикладном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изобразительном искусстве. Урок искусства воспитывает патриотизм не в декларативной форме, 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восприятия и освоения в личной художественной деятельности конкретных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красоте и мудрости, заложенных в культурных традициях.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Гражданское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формируется через развитие чувства личной причастности к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 и созидающих качеств личности, приобщение обучающихся к ценностям отечественной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культуры. Учебный предмет способствует пониманию особенностей жизни разных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красоты национальных эстетических идеалов. Коллективные творческие работы создают условия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разных форм художественно-творческой деятельности, способствуют пониманию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человека, становлению чувства личной ответственности.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Духовно-нравственное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воспитание является стержнем художественного развития обучающегося,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приобщения его к искусству как сфере, концентрирующей в себе духовно-нравственного поиск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человечества. Учебные задания направлены на развитие внутреннего мира обучающегося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его эмоционально-образной, чувственной сферы. Занятия искусством помогают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школьнику обрести социально значимые знания. Развитие творческих способностей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росту самосознания, осознания себя как личности и члена общества.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Эстетическое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важнейший компонент и условие развития социально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 обучающихся, формирования представлений о прекрасном и безобразном, о высоком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низком. Эстетическое воспитание способствует формированию ценностных ориентаций школьников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отношении к окружающим людям, в стремлении к их пониманию, а также в отношении к семье,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труду, искусству, культурному наследию.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Ценности познавательной деятельности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воспитываются как эмоционально окрашенный интерес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людей и природы. Происходит это в процессе развития навыков восприятия и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рефлексии своих наблюдений в художественно-творческой деятельности. Навыки исследовательской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развиваются при выполнении заданий культурно-исторической направленности.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Экологическое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происходит в процессе художественно-эстетического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 и её образа в произведениях искусства. Формирование эстетических чувств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активному неприятию действий, приносящих вред окружающей среде.</w:t>
      </w:r>
    </w:p>
    <w:p>
      <w:pPr>
        <w:sectPr>
          <w:pgSz w:w="11900" w:h="16840"/>
          <w:pgMar w:top="298" w:right="650" w:bottom="350" w:left="666" w:header="720" w:footer="720" w:gutter="0"/>
          <w:cols w:space="720" w:num="1" w:equalWidth="0"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Трудовое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в процессе личной художественно-творческой работы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освоению художественных материалов и удовлетворения от создания реального, практического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продукта. Воспитываются стремление достичь результат, упорство, творческая инициатива,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эстетики трудовой деятельности. Важны также умения сотрудничать с одноклассниками,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в команде, выполнять коллективную работу — обязательные требования к определённым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заданиям по программе.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Пространственные представления и сенсорные способности: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форму предмета,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доминантные черты (характерные особенности) в визуальном образе;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плоскостные и пространственные объекты по заданным основаниям;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ассоциативные связи между визуальными образами разных форм и предметов;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части и целое в видимом образе, предмете,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пропорциональные отношения частей внутри целого и предметов между собой;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форму составной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ритмические отношения в пространстве и в изображении (визуальном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образе) на установленных основаниях;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абстрагировать образ реальности при построении плоской композиции;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тональные отношения (тёмное — светлое) в пространственных и плоскостных объектах;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эмоциональное воздействие цветовых отношений в пространственной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 и плоскостном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и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исследовательские, экспериментальные действия в процессе освоения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 различных художественных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творческие экспериментальные действия в процессе самостоятельного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заданий;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 и аналитические действия на основе определённых учебных установок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восприятия произведений изобразительного искусства, архитектуры и продуктов детского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наблюдения для получения информации об особенностях объектов и состояния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природы, предметного мира человека, городской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анализировать и оценивать с позиций эстетических категорий явления природы и предметно-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пространственную среду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выводы, соответствующие эстетическим, аналитическим и другим учебным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установкам по результатам проведённого наблюдения;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знаково-символические средства для составления орнаментов и декоративных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искусства по видам и, соответственно, по назначению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изобразительного искусства по жанрам в качестве инструмента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анализа содержания произведений;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ставить и использовать вопросы как исследовательский инструмент познания.</w:t>
      </w:r>
    </w:p>
    <w:p>
      <w:pPr>
        <w:autoSpaceDN w:val="0"/>
        <w:autoSpaceDE w:val="0"/>
        <w:widowControl/>
        <w:spacing w:line="262" w:lineRule="auto" w:before="190" w:after="0"/>
        <w:ind w:left="180" w:right="475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использовать электронные образовательные ресурсы;</w:t>
      </w:r>
    </w:p>
    <w:p>
      <w:pPr>
        <w:sectPr>
          <w:pgSz w:w="11900" w:h="16840"/>
          <w:pgMar w:top="298" w:right="658" w:bottom="332" w:left="666" w:header="720" w:footer="720" w:gutter="0"/>
          <w:cols w:space="720" w:num="1" w:equalWidth="0"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работать с электронными учебниками и учебными пособиями;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источник для получения информации: поисковые системы Интернета, цифровые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электронные средства, справочники, художественные альбомы и детские книги;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интерпретировать, обобщать и систематизировать информацию, представленную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искусства, текстах, таблицах и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готовить информацию на заданную или выбранную тему и представлять её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видах: рисунках и эскизах, электронных презентациях;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виртуальные путешествия по архитектурным памятникам, в отечественные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музеи и зарубежные художественные музеи (галереи) на основе установок и квестов,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соблюдать правила информационной безопасности при работе в сети Интернет.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2.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искусство в качестве особого языка общения — межличностного (автор — зритель),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поколениями, между народами;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 и участвовать в дискуссии, проявляя уважительное отношение к оппонентам,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участников общения, выявляя и корректно отстаивая свои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позиции в оценке и понимании обсуждаемого явления;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общее решение и разрешать конфликты на основе общих позиций и учёта интересов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совместной художественной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и объяснять результаты своего творческого, художественного или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исследовательского опыта;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произведения детского художественного творчества с позиций их содержания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учебной задачей, поставленной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ошибку, развивать свои способности сопереживать,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намерения и переживания свои и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взаимодействовать, сотрудничать в процессе коллективной работы, принимать цель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строить действия по её достижению, договариваться,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подчиняться, ответственно относиться к своей задаче по достижению общего результата.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3.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внимательно относиться и выполнять учебные задачи, поставленные учителем;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последовательность учебных действий при выполнении задания;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организовывать своё рабочее место для практической работы, сохраняя порядок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окружающем пространстве и бережно относясь к используемым материалам;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в процессе достижения результата.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сформулированы по годам обучения на основе модульного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в соответствии с Приложением № 8 к Федеральному государственному образовательному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стандарту начального общего образования, утверждённому приказом Министерства просвещения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Федерации.</w:t>
      </w:r>
    </w:p>
    <w:p>
      <w:pPr>
        <w:autoSpaceDN w:val="0"/>
        <w:autoSpaceDE w:val="0"/>
        <w:widowControl/>
        <w:spacing w:line="262" w:lineRule="auto" w:before="190" w:after="0"/>
        <w:ind w:left="18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применения свойств простых графических материалов в самостоятельной</w:t>
      </w:r>
    </w:p>
    <w:p>
      <w:pPr>
        <w:sectPr>
          <w:pgSz w:w="11900" w:h="16840"/>
          <w:pgMar w:top="298" w:right="668" w:bottom="438" w:left="666" w:header="720" w:footer="720" w:gutter="0"/>
          <w:cols w:space="720" w:num="1" w:equalWidth="0"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творческой работе в условиях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первичный опыт в создании графического рисунка на основе знакомства со средствами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аналитического наблюдения формы предмета, опыт обобщения и геометризации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наблюдаемой формы как основы обучения рисунку.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опыт создания рисунка простого (плоского) предмета с натуры.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Учиться анализировать соотношения пропорций, визуально сравнивать пространственные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величины.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первичные знания и навыки композиционного расположения изображения на листе.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выбирать вертикальный или горизонтальный формат листа для выполнения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 рисунка.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учебную задачу, поставленную учителем, и решать её в своей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художественной деятельности.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обсуждать результаты своей практической работы и работы товарищей с позиций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соответствия их поставленной учебной задаче, с позиций выраженного в рисунке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графических средств его выражения (в рамках программного материала).</w:t>
      </w:r>
    </w:p>
    <w:p>
      <w:pPr>
        <w:autoSpaceDN w:val="0"/>
        <w:autoSpaceDE w:val="0"/>
        <w:widowControl/>
        <w:spacing w:line="262" w:lineRule="auto" w:before="190" w:after="0"/>
        <w:ind w:left="180" w:right="38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работы красками «гуашь» в условиях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три основных цвета; обсуждать и называть ассоциативные представления, которые рождает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каждый цвет.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эмоциональное звучание цвета и уметь формулировать своё мнение с опорой на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ассоциаций.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экспериментирования, исследования результатов смешения красок и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нового цвета.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творческую работу на заданную тему с опорой на зрительные впечатления, организованные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педагогом.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аналитического наблюдения, поиска выразительных образных объёмных форм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 (облака, камни, коряги, формы плодов и др.).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первичные приёмы лепки из пластилина, приобретать представления о целостной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объёмном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первичными навыками бумагопластики — создания объёмных форм из бумаги путём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складывания, надрезания, закручивания и др.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рассматривать и эстетически характеризовать различные примеры узоров в природе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урока на основе фотографий); приводить примеры, сопоставлять и искать ассоциации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орнаментами в произведениях декоративно-прикладного искусства.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виды орнаментов по изобразительным мотивам: растительные, геометрические,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анималистические.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Учиться использовать правила симметрии в своей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орнаментальной декоративной композиции (стилизованной: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декоративный цветок или птица).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знания о значении и назначении украшений в жизни людей.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представления о глиняных игрушках отечественных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 (дымковская, каргопольская игрушки или по выбору учителя с учётом местных</w:t>
      </w:r>
    </w:p>
    <w:p>
      <w:pPr>
        <w:sectPr>
          <w:pgSz w:w="11900" w:h="16840"/>
          <w:pgMar w:top="286" w:right="642" w:bottom="428" w:left="666" w:header="720" w:footer="720" w:gutter="0"/>
          <w:cols w:space="720" w:num="1" w:equalWidth="0"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промыслов) и опыт практической художественной деятельности по мотивам игрушки выбранного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опыт и соответствующие возрасту навыки подготовки и оформления общего праздника.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различные произведения архитектуры в окружающем мире (по фотографиям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урока); анализировать и характеризовать особенности и составные части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зданий.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приёмы конструирования из бумаги, складывания объёмных простых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пространственного макетирования (сказочный город) в форме коллективной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игровой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представления о конструктивной основе любого предмета и первичные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анализа его строения.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умения рассматривать, анализировать детские рисунки с позиций их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сюжета, настроения, композиции (расположения на листе), цвета, а также соответствия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задаче, поставленной учителем.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эстетического наблюдения природы на основе эмоциональных впечатлений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учебных задач и визуальной установки учителя.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художественного наблюдения предметной среды жизни человека в зависимости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 поставленной аналитической и эстетической задачи (установки).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опыт эстетического восприятия и аналитического наблюдения архитектурных построек.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опыт эстетического, эмоционального общения со станковой картиной, понимать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умений и специальных знаний; приобретать опыт восприятия картин со сказочным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сюжетом (В. М. Васнецова, М. А. Врубеля и других художников по выбору учителя),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с ярко выраженным эмоциональным настроением (например, натюрморты В. Ван Гога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А. Матисса).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новый опыт восприятия художественных иллюстраций в детских книгах и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 в соответствии с учебной установкой.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фотографий с целью эстетического и целенаправленного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обсуждения фотографий с точки зрения того, с какой целью сделан снимок,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насколько значимо его содержание и какова композиция в кадре.</w:t>
      </w:r>
    </w:p>
    <w:p>
      <w:pPr>
        <w:sectPr>
          <w:pgSz w:w="11900" w:h="16840"/>
          <w:pgMar w:top="286" w:right="648" w:bottom="1440" w:left="666" w:header="720" w:footer="720" w:gutter="0"/>
          <w:cols w:space="720" w:num="1" w:equalWidth="0"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614"/>
            <w:vMerge w:val="restart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5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42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Восприятие произведений искусства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61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Восприятие детских рисунков. Навыки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восприятия произведений детского творчества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формирование зрительских умений.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рассматривать,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детские рисунки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позиций их содержания и сюжета,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настроения;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 «Инструменты художника» (МЭШ)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https://uchebnik.mos.ru/material_view/atomic_objects/7691977?</w:t>
            </w:r>
          </w:p>
          <w:p>
            <w:pPr>
              <w:autoSpaceDN w:val="0"/>
              <w:autoSpaceDE w:val="0"/>
              <w:widowControl/>
              <w:spacing w:line="233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Первые представления о композиции: на уровне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образного восприятия. Представление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различных художественных материалах.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какими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художественными материалами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(карандашами, мелками, красками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т. д.) сделан рисунок;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Рисовать, выполнить рисунок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простую, всем доступную тему,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например «Весёлое солнышко»,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карандашами или мелками;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«Изображения всюду вокруг нас» https://resh.edu.ru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Обсуждение содержания рисунка.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какими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художественными материалами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(карандашами, мелками, красками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т. д.) сделан рисунок;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материалы (интерактивное задание)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350"/>
        </w:trPr>
        <w:tc>
          <w:tcPr>
            <w:tcW w:type="dxa" w:w="4082"/>
            <w:gridSpan w:val="2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1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892"/>
            <w:gridSpan w:val="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Линейный рисунок.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анализировать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 линий в природе;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«Зимнее дерево». Что такое графика? https://resh.edu.ru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Разные виды линий.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Создавать линейный рисунок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 на разный характер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«Изображать можно линией» https://resh.edu.ru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Линии в природе. Ветки (по фотографиям):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тонкие — толстые, порывистые, угловатые,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плавные и др.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с натуры рисунок листа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дерева;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 класс Основы Изо Тема: многообразие линий в природе.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выразительные средства: пятно, точка, линия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Графические материалы и их особенности.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Приёмы рисования линией.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обсуждать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 формы листа;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Дом Деда Мороза (Графика) https://resh.edu.ru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66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Рисунок с натуры: рисунок листьев разной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(треугольный, круглый, овальный,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длинный).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последовательность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рисунка;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 «Осенний лес, где деревья похожи на разные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форме листья» https://resh.edu.ru</w:t>
            </w:r>
          </w:p>
        </w:tc>
      </w:tr>
      <w:tr>
        <w:trPr>
          <w:trHeight w:hRule="exact" w:val="52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Последовательность рисунка.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обобщения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видимой формы предмета;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«Натюрморт "Ваза с фруктами"» (сюжетная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композиция графическими материалами) https://resh.edu.ru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778" w:left="666" w:header="720" w:footer="720" w:gutter="0"/>
          <w:cols w:space="720" w:num="1" w:equalWidth="0"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Первичные навыки определения пропорций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понимания их значения. От одного пятна —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«тела», меняя пропорции «лап» и «шеи»,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получаем рисунки разных животных.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сравнивать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соотношение частей,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составляющих одно целое,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изображения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животных с контрастными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пропорциями;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«Пейзаж "Птицы на закате"» (с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силуэтной техники) https://resh.edu.ru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Линейный тематический рисунок (линия-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рассказчица) на сюжет стихотворения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сюжет из жизни детей (игры во дворе, в походе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др.) с простым и весёлым повествовательным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сюжетом.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внимательного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аналитического наблюдения;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«Натюрморт "Ваза с фруктами"» (сюжетная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композиция графическими материалами) https://resh.edu.ru</w:t>
            </w:r>
          </w:p>
        </w:tc>
      </w:tr>
      <w:tr>
        <w:trPr>
          <w:trHeight w:hRule="exact" w:val="12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Пятно-силуэт. Превращение случайного пятна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зверушки или фантастического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зверя. Развитие образного видения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способности целостного, обобщённого видения.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Пятно как основа графического изображения.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Развивать навыки рисования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представлению и воображению;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 «Пятно как средство выразительности»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Тень как пример пятна. Теневой театр. Силуэт.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линейный рисунок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темы стихов С. Я. Маршака, А. Л.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Барто, Д. Хармса, С. В. Михалкова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др. (по выбору учителя)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простым весёлым, озорным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развитием сюжета;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«Пейзаж "Птицы на закате"» (с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силуэтной техники) https://resh.edu.ru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Навыки работы на уроке с жидкой краской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кистью, уход за своим рабочим местом.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графическое пятно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основу изобразительного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образа;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«Какого цвета страна родная» https://resh.edu.ru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2.12.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Рассмотрение и анализ средств выражения —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пятна и линии — в иллюстрациях художников к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детским книгам.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форму пятна с опытом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зрительных впечатлений;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«Радуга-дуга» https://resh.edu.ru</w:t>
            </w:r>
          </w:p>
        </w:tc>
      </w:tr>
      <w:tr>
        <w:trPr>
          <w:trHeight w:hRule="exact" w:val="348"/>
        </w:trPr>
        <w:tc>
          <w:tcPr>
            <w:tcW w:type="dxa" w:w="40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2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089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Живопись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Цвет как одно из главных средств выражения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изобразительном искусстве. Навыки работы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гуашью в условиях урока.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гуашью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условиях школьного урока;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Знать три основных цвета;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«Какого цвета осень. Осенний букет»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203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Три основных цвета. Ассоциативные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представления, связанные с каждым из цветов.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Навыки смешения красок и получения нового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цвета.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 ассоциативные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представления, связанные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каждым цветом;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Экспериментировать, исследовать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возможности смешения красок,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наложения цвета на цвет,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размывания цвета в процессе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работы над разноцветным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ковриком;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«Осенние перемены в природе» https://resh.edu.ru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06" w:left="666" w:header="720" w:footer="720" w:gutter="0"/>
          <w:cols w:space="720" w:num="1" w:equalWidth="0"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Эмоциональная выразительность цвета.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Осознавать эмоциональное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звучание цвета, то, что разный цвет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«рассказывает» о разном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настроении — весёлом,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задумчивом, грустном и др.;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как разное настроение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героев передано художником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иллюстрациях;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«Осенняя палитра. Листопад» https://resh.edu.ru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Цвет как выражение настроения, душевного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состояния.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красками рисунок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весёлым или грустным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настроением;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гуашью рисунок цветка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или цветов на основе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демонстрируемых фотографий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представлению;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«Сюжетная композиция. Зимние забавы»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2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Наш мир украшают цветы. Живописное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по представлению и восприятию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разных по цвету и формам цветков. Развитие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навыков работы гуашью и навыков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наблюдения.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Развивать навыки аналитического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рассматривания разной формы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строения цветов;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изображения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времён года;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«Весенний пейзаж» https://resh.edu.ru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Тематическая композиция «Времена года».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Контрастные цветовые состояния времён года.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Работа гуашью, в технике аппликации или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смешанной технике.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и объяснять, какого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цвета каждое время года и почему,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догадаться по цвету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изображений, какое это время года;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представления о свойствах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печатной техники;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«Весенняя декоративная композиция»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Техника монотипии. Представления 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симметрии. Развитие ассоциативного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воображения.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представления о свойствах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печатной техники;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технику монотипии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развития живописных умений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воображения;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Осваивать свойства симметрии;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Цветочная поляна https://resh.edu.ru</w:t>
            </w:r>
          </w:p>
        </w:tc>
      </w:tr>
      <w:tr>
        <w:trPr>
          <w:trHeight w:hRule="exact" w:val="348"/>
        </w:trPr>
        <w:tc>
          <w:tcPr>
            <w:tcW w:type="dxa" w:w="408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3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089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Скульптура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в объёме. Приёмы работы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пластилином; дощечка, стек, тряпочка.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0.75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0.75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воспринимать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выразительные образные объёмы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природе: на что похожи 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облаков, камней, коряг,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картофелин и др. (в классе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основе фотографий);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первичные навыки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лепки — изображения в объёме;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«Пластилин» https://resh.edu.ru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зверушек из цельной формы (черепашки,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ёжика, зайчика и т. д.). Приёмы вытягивания,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вдавливания, сгибания, скручивания.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Лепить из целого куска пластилина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мелких зверушек путём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вытягивания, вдавливания;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Овладевать первичными навыками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работы в объёмной аппликации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коллаже;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«Панда из пластилина» https://resh.edu.ru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29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Бумажная пластика. Овладение первичными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приёмами надрезания, закручивания,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складывания в работе над объёмной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аппликацией.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объёмной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аппликации (например,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изображение птицы — хвост,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хохолок, крылья на основе простых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приёмов работы с бумагой);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глиняные игрушки известных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художественных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промыслов;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«Все имеет свое строение» (создаем аппликацию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геометрических форм: Пчелка https://resh.edu.ru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61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игрушки по мотивам одного из наиболее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известных народных художественных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промыслов (дымковская, каргопольская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игрушки или по выбору учителя с учётом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местных промыслов).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0.75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0.75</w:t>
            </w:r>
          </w:p>
        </w:tc>
        <w:tc>
          <w:tcPr>
            <w:tcW w:type="dxa" w:w="80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строение формы,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частей и пропорций игрушки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выбранного промысла;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этапы лепки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игрушки и её частей;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«Русская глиняная игрушка» https://resh.edu.ru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Объёмная аппликация из бумаги и картона.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создания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объёмных изображений из бумаги;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коллективной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работы по созданию в технике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аппликации панно из работ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учащихся;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«Технологии работы с бумагой и картоном. Объёмные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снежинки в технике оригами» https://resh.edu.ru</w:t>
            </w:r>
          </w:p>
        </w:tc>
      </w:tr>
      <w:tr>
        <w:trPr>
          <w:trHeight w:hRule="exact" w:val="348"/>
        </w:trPr>
        <w:tc>
          <w:tcPr>
            <w:tcW w:type="dxa" w:w="408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4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089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Декоративно-прикладное искусство</w:t>
            </w:r>
          </w:p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Узоры в природе.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эстетически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различные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примеры узоров в природе (на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основе фотографий);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и делать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ассоциативные сопоставления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орнаментами в предметах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декоративно-прикладного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«Рисуем бабочку» (в технике монотипии)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Наблюдение узоров в живой природе (в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условиях урока на основе фотографий).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Эмоционально-эстетическое восприятие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объектов действительности. Ассоциативное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сопоставление с орнаментами в предметах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декоративно-прикладного искусства.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бабочки,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украсив узорами её крылья;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использования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 симметрии при выполнении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«Орнамент народов России. Хохлома»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48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Представления о симметрии и наблюдение её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природе. Последовательное ведение работы над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изображением бабочки по представлению,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использование линии симметрии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составлении узора крыльев.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примеры художественно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выполненных орнаментов;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в предложенных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орнаментах мотивы изображения: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растительные, геометрические,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анималистические;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«Белоснежные узоры». Вологодское кружево.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0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04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Узоры и орнаменты, создаваемые людьми,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разнообразие их видов. Орнаменты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геометрические и растительные.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орнаменты в круге,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полосе, квадрате в соответствии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оформляемой предметной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поверхностью;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гуашью творческое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орнаментальное стилизованное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изображение цветка, птицы и др.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(по выбору) в круге или в квадрате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(без раппорта);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«Что такое орнамент?» https://resh.edu.ru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Декоративная композиция в круге или полосе.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орнамент, украшающий игрушку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выбранного промысла;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на бумаге красками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рисунок орнамента выбранной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игрушки;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«Декоративная композиция» https://resh.edu.ru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Орнамент, характерный для игрушек одного из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наиболее известных народных художественных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промыслов. Дымковская, каргопольская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игрушка или по выбору учителя с учётом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местных промыслов.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игрушки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выбранного художественного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промысла или, предварительно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покрыв вылепленную игрушку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белилами, нанести орнаменты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свою игрушку, сделанную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мотивам народного промысла;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"Знакомство с дымковской игрушкой" https://resh.edu.ru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5.7.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Оригами — создание игрушки для новогодней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ёлки. Приёмы складывания бумаги.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технику оригами,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сложение несложных фигурок;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«Новогодние игрушки» https://resh.edu.ru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5.8.</w:t>
            </w:r>
          </w:p>
        </w:tc>
        <w:tc>
          <w:tcPr>
            <w:tcW w:type="dxa" w:w="361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Форма и украшение бытовых предметов.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Узнавать о работе художника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изготовлению бытовых вещей;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«Дымковская игрушка» https://resh.edu.ru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5.9.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Приёмы бумагопластики. Сумка или упаковка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её декор.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бумагой, ножницами, клеем,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подручными материалами;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«Народный костюм» https://resh.edu.ru</w:t>
            </w:r>
          </w:p>
        </w:tc>
      </w:tr>
      <w:tr>
        <w:trPr>
          <w:trHeight w:hRule="exact" w:val="348"/>
        </w:trPr>
        <w:tc>
          <w:tcPr>
            <w:tcW w:type="dxa" w:w="40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5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089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Архитектура 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Наблюдение разнообразия архитектурных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построек в окружающем мире по фотографиям,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их особенностей и составных частей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зданий.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сравнивать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различные здания в окружающем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мире (по фотографиям);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характеризовать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и составные части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рассматриваемых зданий;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«Строим город» (конструируем дом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геометрических форм) https://resh.edu.ru</w:t>
            </w:r>
          </w:p>
        </w:tc>
      </w:tr>
      <w:tr>
        <w:trPr>
          <w:trHeight w:hRule="exact" w:val="2058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3614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Освоение приёмов конструирования из бумаги.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Складывание объёмных простых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геометрических тел. Овладение приёмами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склеивания деталей, надрезания, вырезания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деталей, использование приёмов симметрии.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придуманного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дома на основе полученных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впечатлений (техника работы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может быть любой, например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мелких печаток);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складывания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объёмных простых геометрических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тел из бумаги (параллелепипед,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конус, пирамида) в качестве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основы для домиков;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«Строим вещи» (конструируем подарочную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коробочку из бумаги) https://resh.edu.ru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28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07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Макетирование (или создание аппликации)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пространственной среды сказочного города из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бумаги, картона или пластилина.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склеивания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деталей, симметричного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надрезания, вырезания деталей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др., чтобы получились крыши,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окна, двери, лестницы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бумажных домиков;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Макетировать в игровой форме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пространство сказочного городка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(или построить городок в виде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объёмной аппликации);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«Изображение дома в виде буквы алфавита»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348"/>
        </w:trPr>
        <w:tc>
          <w:tcPr>
            <w:tcW w:type="dxa" w:w="408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6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089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Восприятие произведений искусства</w:t>
            </w:r>
          </w:p>
        </w:tc>
      </w:tr>
      <w:tr>
        <w:trPr>
          <w:trHeight w:hRule="exact" w:val="153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Восприятие произведений детского творчества.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сюжетного и эмоционального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содержания детских работ.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разглядывать,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детские работы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позиций их содержания и сюжета,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настроения, расположения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листе, цветового содержания,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соответствия учебной задаче,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поставленной учителем;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«Восприятие произведений искусства»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Художественное наблюдение окружающего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мира (мира природы) и предметной среды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жизни человека в зависимости от поставленной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аналитической и эстетической задачи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наблюдения (установки).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эстетического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наблюдения природы на основе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эмоциональных впечатлений 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учётом визуальной установки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учителя;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«Русская народная сказка "Кот и лиса"»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(иллюстрации в книге) https://resh.edu.ru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Рассматривание иллюстраций к детским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книгам на основе содержательных установок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учителя в соответствии с изучаемой темой.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художественного наблюдения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предметной среды жизни человека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зависимости от поставленной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аналитической и эстетической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задачи (установки);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«Сказка "Рукавичка", иллюстрации Е. М. Рачёва»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Знакомство с живописной картиной.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аналитического наблюдения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архитектурных построек;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 «С. Я. Маршак "Мороженое", иллюстрации В. В.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Лебедева» https://resh.edu.ru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произведений с ярко выраженным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эмоциональным настроением или со сказочным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сюжетом. Произведения В. М. Васнецова, М. А.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Врубеля и других художников (по выбору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учителя).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специально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организованного общения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станковой картиной;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«Сказочные образы в картинах В.М. Васнецова»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7.6.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Художник и зритель. Освоение зрительских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умений на основе получаемых знаний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творческих установок наблюдения.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эстетического,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эмоционального общения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станковой картиной;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«Иллюстрации Евгения Михайловича Рачёва»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7.7.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Ассоциации из личного опыта учащихся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оценка эмоционального содержания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произведений.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зрительских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умений, включающих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необходимые знания, внимание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позиции автора и соотнесение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личным жизненным опытом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зрителя;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«Ранняя весна в картинах русских художников»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4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7.8.</w:t>
            </w:r>
          </w:p>
        </w:tc>
        <w:tc>
          <w:tcPr>
            <w:tcW w:type="dxa" w:w="361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Произведения И. И. Левитана,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А. Г. Венецианова И. И. Шишкина, А. 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Пластова, К. Моне, В. Ван Гога и других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художников (по выбору учителя) по теме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«Времена года»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и обсуждать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зрительские впечатления и мысли;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основные произведения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изучаемых художников;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«Винсент Ван Гог» https://resh.edu.ru</w:t>
            </w:r>
          </w:p>
        </w:tc>
      </w:tr>
      <w:tr>
        <w:trPr>
          <w:trHeight w:hRule="exact" w:val="348"/>
        </w:trPr>
        <w:tc>
          <w:tcPr>
            <w:tcW w:type="dxa" w:w="4082"/>
            <w:gridSpan w:val="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7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0892"/>
            <w:gridSpan w:val="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Азбука цифровой графики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Фотографирование мелких деталей природы,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запечатление на фотографиях ярких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зрительных впечатлений.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фотографирования с целью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эстетического и целенаправленного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наблюдения природы;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Природа. Фотография цветущего луга https://resh.edu.ru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361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в условиях урока ученических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фотографий, соответствующих изучаемой теме.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обсуждения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фотографий с точки зрения цели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сделанного снимка, значимости 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содержания, его композиции;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Берёза в снегу. Фотография https://resh.edu.ru</w:t>
            </w:r>
          </w:p>
        </w:tc>
      </w:tr>
      <w:tr>
        <w:trPr>
          <w:trHeight w:hRule="exact" w:val="348"/>
        </w:trPr>
        <w:tc>
          <w:tcPr>
            <w:tcW w:type="dxa" w:w="408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8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089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08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</w:t>
            </w:r>
          </w:p>
        </w:tc>
        <w:tc>
          <w:tcPr>
            <w:tcW w:type="dxa" w:w="8646"/>
            <w:gridSpan w:val="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88"/>
            <w:vMerge w:val="restart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Восприятие детских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рисунков. Навыки восприятия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произведений детского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творчества и формирование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зрительских умений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88"/>
            <w:tcBorders>
              <w:start w:sz="4.800000000000011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Первые представления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композиции: на уровне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образного восприятия.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 о различных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художественных материалах.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Обсуждение содержания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рисунка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Линейный рисунок. Разные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линий. Линии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природе. Ветки (по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фотографиям): тонкие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толстые, порывистые,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угловатые, плавные и др.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Графические материалы и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особенности. Приёмы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рисования линией.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Рисунок с натуры: рисунок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листьев разной формы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(треугольный, круглый,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овальный, длинный)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24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88"/>
            <w:tcBorders>
              <w:start w:sz="4.800000000000011" w:val="single" w:color="#000000"/>
              <w:top w:sz="4.0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Последовательность рисунка.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Первичные навыки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определения пропорций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понимания их значения. 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одного пятна — «тела»,меняя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пропорции «лап» и «шеи»,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получаем рисунки 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животных</w:t>
            </w:r>
          </w:p>
        </w:tc>
        <w:tc>
          <w:tcPr>
            <w:tcW w:type="dxa" w:w="734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22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Линейный тематический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рисунок (линия-рассказчица)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сюжет стихотворения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сюжет из жизни детей (игры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 дворе, в походе и др.)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простым и весёлым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повествовательным сюжетом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5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Пятно-силуэт. Превращение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случайного пятна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зверушки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фантастического зверя.</w:t>
            </w:r>
          </w:p>
          <w:p>
            <w:pPr>
              <w:autoSpaceDN w:val="0"/>
              <w:autoSpaceDE w:val="0"/>
              <w:widowControl/>
              <w:spacing w:line="281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образного видения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способности целостного,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обобщённого видения. Пятно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основа графического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изображения. Тень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пример пятна. Теневой театр.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Силуэт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Навыки работы на уроке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жидкой краской и кистью,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уход за своим рабочим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местом. Рассмотрение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средств выражения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пятна и линии —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иллюстрациях художников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детским книгам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 как одно из главных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 выражения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изобразительном искусстве.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Навыки работы гуашью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условиях урока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6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Три основных цвета.</w:t>
            </w:r>
          </w:p>
          <w:p>
            <w:pPr>
              <w:autoSpaceDN w:val="0"/>
              <w:autoSpaceDE w:val="0"/>
              <w:widowControl/>
              <w:spacing w:line="28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Ассоциативные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представления, связанные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каждым из цветов. Навыки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смешения красок и получения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нового цвета. Эмоциональная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выразительность цвета. Цвет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выражение настроения,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душевного состояния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01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 мир украшают цветы.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Живописное изображение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представлению и восприятию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разных по цвету и формам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цветков. Развитие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работы гуашью и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наблюдения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Тематическая композиция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«Времена года». Контрастные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цветовые состояния времён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Работа гуашью,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технике аппликации или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смешанной технике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Техника монотипии.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Представления о симметрии.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ассоциативного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воображения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Изображение в объёме.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Приёмы работы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пластилином; дощечка, стек,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тряпочка. Лепка зверушек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цельной формы (черепашки,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ёжика, зайчика и т. д.).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Приёмы вытягивания,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вдавливания, сгибания,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скручивания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Бумажная пластика.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Овладение первичными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приёмами надрезания,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закручивания, складывания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работе над объёмной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аппликацией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Лепка игрушки по мотивам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одного из наиболее известных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народных художественных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промыслов (дымковская,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каргопольская игрушки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выбору учителя с учётом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местных промыслов)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Объёмная апликация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бумаги и картона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Наблюдение узоров в живой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природе (в условиях урока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основе фотографий).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Эмоционально-эстетическое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восприятие объектов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действительности.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Ассоциативное сопоставление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орнаментами в предметах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Представления о симметрии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наблюдение её в природе.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Последовательное ведение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работы над изображением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бабочки по представлению,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линии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симметрии при составлении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узора крыльев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Узоры и орнаменты,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создаваемые людьми,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разнообразие их видов.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Орнаменты геометрические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растительные. Декоративная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композиция в круге или полос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Орнамент, характерный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игрушек одного из наиболее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известных народных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художественных промыслов.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Дымковская, каргопольская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игрушка или по выбору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с учётом местных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промыслов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Оригами — создание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игрушки для новогодней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ёлки. Приёмы складывания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 и украшение бытовых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предметов. Приёмы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бумагопластики. Сумка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упаковка и её декор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Наблюдение разнообразия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архитектурных построек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окружающем мире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фотографиям, обсуждение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особенностей и составных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частей зданий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8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приёмов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конструирования из бумаги.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Складывание объёмных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простых геометрических тел.</w:t>
            </w:r>
          </w:p>
          <w:p>
            <w:pPr>
              <w:autoSpaceDN w:val="0"/>
              <w:autoSpaceDE w:val="0"/>
              <w:widowControl/>
              <w:spacing w:line="281" w:lineRule="auto" w:before="72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Овладение приёмами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склеивания деталей,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надрезания, вырезания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деталей, использование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приёмов симметрии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Макетирование (или создание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аппликации)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пространственной среды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сказочного города из бумаги,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картона или пластилина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Восприятие произведений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детского творчества.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Обсуждение сюжетного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эмоционального содержания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детских работ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Художественное наблюдение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окружающего мира (мира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природы) и предметной среды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человека в зависимости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 поставленной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аналитической и эстетической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наблюдения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(установки)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Рассматривание иллюстраций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детским книгам на основе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содержательных установок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в соответствии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изучаемой темой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27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живописной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картиной. Обсуждение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произведений с ярко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выраженным эмоциональным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настроением или со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сказочным сюжетом.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В. М.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Васнецова, М. А. Врубеля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других художников (по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выбору учителя)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5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Ассоциации из личного опыта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учащихся и оценка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эмоционального содержания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произведений.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 И. Левитана, А. Г.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Венецианова И. И. Шишкина,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А. Пластова, К. Моне, В.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Ван Гога и других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художников (по выбору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учителя) по теме «Времена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года»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Фотографирование мелких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деталей природы,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запечатление на фотографиях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ярких зрительных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впечатлений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Обсуждение в условиях урока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ученических фотографий,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соответствующих изучаемой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792"/>
            <w:gridSpan w:val="2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</w:t>
            </w:r>
          </w:p>
        </w:tc>
        <w:tc>
          <w:tcPr>
            <w:tcW w:type="dxa" w:w="2738"/>
            <w:gridSpan w:val="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1 класс/Неменская Л.А.; под редакцией Неменского Б.М.,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230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Коллекции электронных образовательных ресурсов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Библиотека материалов для начальной школыhttp://www.nachalka.com/biblioteka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Таблицы к основным разделам грамматического материала, содержащегося в программе Наборы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сюжетных (предметных) картинок в соответствии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тематикой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Классная магнитная доска.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2. Настенная доска с приспособлением для крепления картинок.</w:t>
      </w:r>
    </w:p>
    <w:p>
      <w:pPr>
        <w:autoSpaceDN w:val="0"/>
        <w:autoSpaceDE w:val="0"/>
        <w:widowControl/>
        <w:spacing w:line="262" w:lineRule="auto" w:before="72" w:after="0"/>
        <w:ind w:left="0" w:right="907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Колонки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4. Компьютер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86" w:space="0"/>
        <w:col w:w="10592" w:space="0"/>
        <w:col w:w="10566" w:space="0"/>
        <w:col w:w="10576" w:space="0"/>
        <w:col w:w="10584" w:space="0"/>
        <w:col w:w="10364" w:space="0"/>
        <w:col w:w="10584" w:space="0"/>
        <w:col w:w="10552" w:space="0"/>
        <w:col w:w="10586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