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"Кумторкалинский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2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"Коркмаскалинская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нач.кл.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______________Гаджимурзаева С.С.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______________Керимова Д.Б.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______________Гаджакаева П.Т.</w:t>
            </w:r>
          </w:p>
        </w:tc>
      </w:tr>
      <w:tr>
        <w:trPr>
          <w:trHeight w:hRule="exact" w:val="42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2423685)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46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Бамматханова Индира Джабраиловна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96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Коркмаскала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музыке на уровне 1 класса начального общего образования составлена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«Требований к результатам освоения основной образовательной программы», представленных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Федеральном государственном образовательном стандарте начального общего образования,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распределённых по модулям проверяемых требований к результатам освоения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начального общего образования, а также на основе характеристики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планируемых результатов духовно-нравственного развития, воспитания и социализации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представленной в Примерной про-грамме воспитания (одобрено решением ФУМО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02.06.2020). Программа разработана с учётом актуальных целей и задач обучения и воспитания,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обучающихся и условий, необходимых для достижения личностных, метапредметных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предметных результатов при освоении предметной области «Искусство» (Музыка).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является неотъемлемой частью культурного наследия, универсальным способом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коммуникации. Особенно важна музыка для становления личности младшего школьника —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способ, форма и опыт самовыражения и естественного радостного мировосприятия.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течение периода начального общего музыкального образования необходимо заложить основы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будущей музыкальной культуры личности, сформировать представления о многообразии проявлений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в жизни современного человека и общества. Поэтому в содержании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должны быть представлены различные пласты музыкального искусства: фольклор,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классическая, современная музыка, в том числе наиболее достойные образцы массовой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(джаз, эстрада, музыка кино и др.). При этом наиболее эффективной формой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является практическое музицирование — пение, игра на доступных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музыкальных инструментах, различные формы музыкального движения. В ходе активной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деятельности происходит постепенное освоение элементов музыкального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основных жанровых особенностей, принципов и форм развития музыки.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предусматривает знакомство обучающихся с некоторым количеством явлений, фактов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культуры (знание музыкальных произведений, фамилий композиторов и исполнителей,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специальной терминологии и т. п.). Однако этот уровень содержания обучения не является главным.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Значительно более важным является формирование эстетических потребностей, проживание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тех особых мыслей и чувств, состояний, отношений к жизни, самому себе, другим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которые несёт в себе музыка как «искусство интонируемого смысла» (Б. В. Асафьев).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Свойственная музыкальному восприятию идентификация с лирическим героем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(В. В. Медушевский) является уникальным психологическим механизмом для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мировоззрения ребёнка опосредованным недирективным путём. Поэтому ключевым моментом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составлении программы является отбор репертуара, который должен сочетать в себе такие качества,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доступность, высокий художественный уровень, соответствие системе базовых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ценностей.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Одним из наиболее важных направлений музыкального воспитания является развитие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 обучающихся. Через опыт чувственного восприятия и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 музыки формируется эмоциональная осознанность, рефлексивная установка личности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целом.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Особая роль в организации музыкальных занятий младших школьников принадлежит игровым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формам деятельности, которые рассматриваются как широкий спектр конкретных приёмов и методов,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внутренне присущих самому искусству — от традиционных фольклорных игр и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представлений к звуковым импровизациям, направленным на освоение жанровых особенностей,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элементов музыкального языка, композиционных принципов.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развития младших школьников. Признание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самовыражение через творчество, духовно-нравственное становление,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чуткости к внутреннему миру другого человека через опыт сотворчества и сопереживания).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 в единстве эмоциональной и познавательной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универсального языка общения, художественного отражения многообразия жизни;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музицированию.</w:t>
      </w:r>
    </w:p>
    <w:p>
      <w:pPr>
        <w:autoSpaceDN w:val="0"/>
        <w:autoSpaceDE w:val="0"/>
        <w:widowControl/>
        <w:spacing w:line="262" w:lineRule="auto" w:before="70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в начальной школе являются: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Формирование эмоционально-ценностной отзывчивости на прекрасное в жизни и в искусстве.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Формирование позитивного взгляда на окружающий мир, гармонизация взаимодействия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природой, обществом, самим собой через доступные формы музицирования.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Формирование культуры осознанного восприятия музыкальных образов. Приобщение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общечеловеческим духовным ценностям через собственный внутренний опыт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Развитие эмоционального интеллекта в единстве с другими познавательными и регулятивными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универсальными учебными действиями. Развитие ассоциативного мышления и продуктивного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воображения.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Овладение предметными умениями и навыками в различных видах практического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музицирования. Введение ребёнка в искусство через разнообразие видов музыкальной деятельности,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Слушание (воспитание грамотного слушателя);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(пение, игра на доступных музыкальных 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импровизации, композиции, аранжировки);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танец, двигательное моделирование и др.);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д) Исследовательские и творческие проекты.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Изучение закономерностей музыкального искусства: интонационная и жанровая природа музыки,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выразительные средства, элементы музыкального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Воспитание уважения к цивилизационному наследию России; присвоение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образного строя отечественной музыкальной культуры.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Расширение кругозора, воспитание любознательности, интереса к музыкальной культуре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стран, культур, времён и народов.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Федеральным государственным образовательным стандартом начального общего</w:t>
      </w:r>
    </w:p>
    <w:p>
      <w:pPr>
        <w:sectPr>
          <w:pgSz w:w="11900" w:h="16840"/>
          <w:pgMar w:top="292" w:right="648" w:bottom="312" w:left="666" w:header="720" w:footer="720" w:gutter="0"/>
          <w:cols w:space="720" w:num="1" w:equalWidth="0"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обязательным для изучения и преподаётся в начальной школе с 1 по 4 класс включительно.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восемью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дошкольного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образования, непрерывность изучения предмета и образовательной области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на 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«Музыкальная грамота»;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«Народная музыка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«Духовная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«Современная музыкальная культура»;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«Музыка театра и кино»;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8 «Музыка в жизни человека».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социо-культурную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музыкальных праздниках, конкурсах, концертах,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действиях, в том числе основанных на межпредметных связях с такими дисциплинами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образовательной программы, как «Изобразительное искусство», «Литературное чтение»,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мир», «Основы религиозной культуры и светской этики», «Иностранный язык» и др.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1 классе составляет 33 часов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92" w:right="890" w:bottom="1440" w:left="666" w:header="720" w:footer="720" w:gutter="0"/>
          <w:cols w:space="720" w:num="1" w:equalWidth="0"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274"/>
            <w:vMerge w:val="restart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2"/>
            <w:gridSpan w:val="3"/>
            <w:tcBorders>
              <w:start w:sz="5.600000000000023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5416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Репертуар 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55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82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5.600000000000023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слушания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пения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музицирования</w:t>
            </w:r>
          </w:p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в жизни человека</w:t>
            </w:r>
          </w:p>
        </w:tc>
      </w:tr>
      <w:tr>
        <w:trPr>
          <w:trHeight w:hRule="exact" w:val="3808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274"/>
            <w:tcBorders>
              <w:start w:sz="4.7999999999999545" w:val="single" w:color="#000000"/>
              <w:top w:sz="5.600000000000023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Красота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вдохновение</w:t>
            </w:r>
          </w:p>
        </w:tc>
        <w:tc>
          <w:tcPr>
            <w:tcW w:type="dxa" w:w="528"/>
            <w:tcBorders>
              <w:start w:sz="5.600000000000023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П.И. Чайковский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"Вальс цветов"</w:t>
            </w:r>
          </w:p>
        </w:tc>
        <w:tc>
          <w:tcPr>
            <w:tcW w:type="dxa" w:w="1680"/>
            <w:tcBorders>
              <w:start w:sz="4.800000000000182" w:val="single" w:color="#000000"/>
              <w:top w:sz="5.600000000000023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Д.Б.Кабалевский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"Песня о школе"</w:t>
            </w:r>
          </w:p>
        </w:tc>
        <w:tc>
          <w:tcPr>
            <w:tcW w:type="dxa" w:w="1298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значении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красоты и вдохновения в жизни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музыки, концентрация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её восприятии, своём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внутреннем состоянии.;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Двигательная импровизация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музыку лирического характера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«Цветы распускаются под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музыку».;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Выстраивание хорового унисона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вокального и психологического.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Одновременное взятие и снятие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звука, навыки певческого дыхания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руке дирижёра.;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красивой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хоровода, социальные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танцы;</w:t>
            </w:r>
          </w:p>
        </w:tc>
        <w:tc>
          <w:tcPr>
            <w:tcW w:type="dxa" w:w="82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74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пейзажи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21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П.И.Чайковский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"Времена года"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"Осень".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Л.Цаллагова "Песни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 осени",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О.Амбалова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"Счастливая песенка"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программной музыки, посвящённой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образам природы. Подбор эпитетов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описания настроения,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 музыки. Сопоставление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с произведениями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искусства.;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Двигательная импровизация,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интонирование.;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одухотворенное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песен о природе, её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красоте.;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Рисование «услышанных»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пейзажей и/или абстрактная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живопись — передача настроения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цветом, точками, линиями.;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Игра-импровизация «Угадай моё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настроение»;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Народная музыка России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64" w:left="666" w:header="720" w:footer="720" w:gutter="0"/>
          <w:cols w:space="720" w:num="1" w:equalWidth="0"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61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песни Подмосковья;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Р.н.п. "Во поле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березка стояла",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"Калинка"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Р.н.п. "Во поле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березка стояла",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"Калинка", потешка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"Зайка"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432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хоровода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русских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 разных жанров.;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Участие в коллективной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традиционной музыкальной игре.;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мелодий, вокальная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 на основе текстов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игрового детского фольклора.;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Ритмическая импровизация,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аккомпанемента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ударных инструментах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изученным народным песням.;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клавишных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духовых инструментах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(фортепиано, синтезатор, свирель,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блокфлейта, мелодика и др.)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мелодий народных песен,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прослеживание мелодии по нотной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записи;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49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инструменты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Плясовые наигрыши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"Детские частушки"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инструментах.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внешним видом,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особенностями исполнения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звучания русских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тембров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инструментов. Классификация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группы духовых, ударных,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струнных. Музыкальная викторина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знание тембров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Двигательная игра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импровизация-подражание игре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инструментах.;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фортепианных пьес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композиторов, исполнение песен,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которых присутствуют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звукоизобразительные элементы,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подражание голосам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видеофильма о русских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инструментах.;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музыкального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краеведческого музея.;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Освоение простейших навыков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игры на свирели, ложках;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372" w:left="666" w:header="720" w:footer="720" w:gutter="0"/>
          <w:cols w:space="720" w:num="1" w:equalWidth="0"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2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Сказки, мифы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легенды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Н.А.РимскийКорсаков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Операсказка "Сказка о царе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Салтане и сыне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Гвидоне" - "Три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чуда"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р.н.п."Во саду ли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огороде"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Разыграй сказку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манерой сказывания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нараспев. Слушание сказок, былин,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эпических сказаний,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рассказываемых нараспев.;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инструментальной музыке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музыкальных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интонаций речитативного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Создание иллюстраций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прослушанным музыкальным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литературным произведениям.;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фильмов, мультфильмов,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созданных на основе былин,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сказаний.;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Речитативная импровизация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нараспев фрагмента сказки,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былины;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Музыкальная грамота</w:t>
            </w:r>
          </w:p>
        </w:tc>
      </w:tr>
      <w:tr>
        <w:trPr>
          <w:trHeight w:hRule="exact" w:val="284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Весь мир звучит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Звуки природы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Швейцарская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нар.песня "Кукушка"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со звуками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музыкальными и шумовыми.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Различение, определение на слух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звуков различного качества.;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— подражание звукам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голосам природы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шумовых музыкальных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инструментов, вокальной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Артикуляционные упражнения,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попевок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песен с 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звукоподражательных элементов,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шумовых звуков;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245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Звукоряд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Д.Роджерс "Звуки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музыки" из мюзикла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Д. Роджерс "Звуки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музыки".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Ручные знаки.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элементами нотной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записи. Различение по нотной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записи, 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звукоряда в отличие от других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последовательностей звуков.;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Пение с названием нот, игра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металлофоне звукоряда от ноты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«до».;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вокальных упражнений, песен,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построенных на элементах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звукоряда;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9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61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Ритм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Футбольный марш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Д.Кабалевского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"Левой, правой",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З.Хабалова "Мячик".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Шаг под музыку.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прослеживание по нотной записи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ритмических рисунков, состоящих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различных длительностей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пауз.;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Исполнение, импровизация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звучащих жестов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(хлопки, шлепки, притопы) и/или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ударных инструментов простых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«Ритмическое эхо»,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прохлопывание ритма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ритмическим карточкам,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проговаривание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ритмослогов. Разучивание,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ударных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инструментах ритмической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партитуры.;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4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рисунок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П.Чайковский "Марш деревянных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солдатиков".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Пение со словами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П.Чайковского "Марш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деревянных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солдатиков"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Шаг и хлопки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 музыку.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«Ритмическое эхо»,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прохлопывание ритма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ритмическим карточкам,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проговаривание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ритмослогов. Разучивание,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ударных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инструментах ритмической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партитуры.;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с ярко выраженным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ритмическим рисунком,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воспроизведение данного ритма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памяти (хлопками).;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клавишных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духовых инструментах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(фортепиано, синтезатор, свирель,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блокфлейта, мелодика и др.)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попевок, остинатных формул,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состоящих из различных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длительностей;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Классическая музыка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Композиторы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детям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П.Чайкоувский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"Детский альбом"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П.И.Чайковский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"Неаполитанская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песенка".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музыки, 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основного характера, музыкально-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средств,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использованных композитором.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Подбор эпитетов, иллюстраций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музыке. Определение жанра.;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Вокализация, исполнение мелодий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инструментальных пьес со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словами. Разучивание,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ритмических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аккомпанементов (с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звучащих жестов или ударных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шумовых инструментов) к пьесам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маршевого и танцевального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59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Оркестр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Э.Григ "Пер Гюнт"-"Утро".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Н.А.Римский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Корсаков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"Шехеразада".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Филиппенко "Веселый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музыкант"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Д.Б.Кабалевский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"Дон-дон".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шумовых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инструментах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музыки в исполнении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оркестра. Просмотр видеозаписи.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роли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дирижёра.;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«Я — дирижёр» — игра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имитация дирижёрских жестов 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время звучания 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песен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соответствующей тематики.;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принципом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расположения партий в партитуре.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(с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ориентацией на нотную запись)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ритмической партитуры для 2—3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ударных инструментов.;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по группам — сочинение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своего варианта ритмической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партитуры;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553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5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инструменты.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Фортепиано.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Шуберт "Вальс"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любые пьесы для фоно.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В.Шаинский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"Улыбка"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музыку.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многообразием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красок фортепиано. Слушание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фортепианных пьес в исполнении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известных пианистов.;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«Я — пианист» — игра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имитация исполнительских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движений во время звучания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детских пьес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фортепиано в исполнении учителя.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Демонстрация возможностей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 (исполнение одной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той же пьесы тихо и громко,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разных регистрах, разными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штрихами). Игра на фортепиано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ансамбле с учителем2.;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концерта фортепианной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Разбираем инструмент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наглядная демонстрация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внутреннего устройства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акустического пианино.;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«Паспорт инструмента»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исследовательская работа,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предполагающая подсчёт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параметров (высота, ширина,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количество клавиш, педалей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т. д.);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456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Духовная музыка</w:t>
            </w:r>
          </w:p>
        </w:tc>
      </w:tr>
      <w:tr>
        <w:trPr>
          <w:trHeight w:hRule="exact" w:val="342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верующих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Разновидности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колокольного звона (благовест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т.д.)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 к религиозным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праздникам.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Сопровождение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треугольником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колокольчиками.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Слушание, разучивание,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вокальных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религиозного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содержания. Диалог с учителем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характере музыки, манере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исполнения, выразительных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произведениями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светской музыки, в которых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воплощены молитвенные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интонации, используется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хоральный склад звучания.;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документального фильма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значении молитвы.;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Рисование по мотивам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прослушанных музыкальных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произведений;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6.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Народная музыка России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3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Край, в котором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ты живёшь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Танцы- Ф.Алборово "Хонга"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А.Кокойти "Симд"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"Чепена" в обработке Н.Кабоева.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Л.Цаллагова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"Владикавказ",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"Лучше края 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найдешь"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движение танцев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 музыку.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образцов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традиционного фольклора своей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местности, песен, посвящённых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своей малой родине, песен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композиторов-земляков.;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музыкальных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традициях своего родного края.;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видеофильма о культуре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родного края.;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краеведческого музея.;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этнографического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спектакля, концерта;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61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Н.А.РимскийКорсаков"Заиграйте,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мои гусельки",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р.н.п. "Со вьюном 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хочу"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Р.Н.П. "Со вьюном 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хожу"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"Во-кузнице".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432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хороводом.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русских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 разных жанров.;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Участие в коллективной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традиционной музыкальной игре.;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мелодий, вокальная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 на основе текстов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игрового детского фольклора.;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Ритмическая импровизация,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аккомпанемента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ударных инструментах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изученным народным песням.;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клавишных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духовых инструментах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(фортепиано, синтезатор, свирель,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блокфлейта, мелодика и др.)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мелодий народных песен,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прослеживание мелодии по нотной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записи;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в жизни человека</w:t>
            </w:r>
          </w:p>
        </w:tc>
      </w:tr>
      <w:tr>
        <w:trPr>
          <w:trHeight w:hRule="exact" w:val="375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пейзажи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Вивальди "Времена года" 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"Зима",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"Весна".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Г.Струве "Белые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снежинки",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Л.Цаллагова "Зима"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программной музыки, посвящённой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образам природы. Подбор эпитетов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описания настроения,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 музыки. Сопоставление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с произведениями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искусства.;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Двигательная импровизация,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интонирование.;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одухотворенное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песен о природе, её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красоте.;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Рисование «услышанных»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пейзажей и/или абстрактная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живопись — передача настроения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цветом, точками, линиями.;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Игра-импровизация «Угадай моё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настроение»;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8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438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портреты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М.Мусоргский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"Картинки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выставки"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В.Шаинский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"Антошка"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А.Островский "Пусть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всегда будет солнце"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Разыграть песни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вокальной, программной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инструментальной музыки,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посвящённой образам людей,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сказочных персонажей. Подбор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эпитетов для описания настроения,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 музыки. Сопоставление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с произведениями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искусства;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Двигательная импровизация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 героя музыкального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харáктерное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песни — портретной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зарисовки;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Рисование, лепка героя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Игра-импровизация «Угадай мой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Инсценировка — импровизация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жанре кукольного/теневого театра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помощью кукол, силуэтов и др.;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61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Какой же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 без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музыки?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И.Дунаевский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"Выходной марш"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Р.Щедрин "Озорные частушки"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В.Шаинский "Вместе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весело шагать"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К.Певзнер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"Оранжевая песенка"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движения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 с учителем о значении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на празднике;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торжественного, праздничного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характера. «Дирижирование»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фрагментами произведений.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Конкурс на лучшего «дирижёра»;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тематических песен к ближайшему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Проблемная ситуация: почему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праздниках обязательно звучит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музыка?;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Запись видеооткрытки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музыкальным поздравлением;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Групповые творческие шутливые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двигательные импровизации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«Цирковая труппа»;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264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войне, музыка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 войне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"Бравые солдаты",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М.Блантер "Катюша".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М.Блантер "Катюша",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"Бравые солдаты"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марша.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учебных и художественных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текстов, посвящённых военной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музыке. Слушание, 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военной тематики. Знакомство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историей их сочинения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Дискуссия в классе. Ответы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вопросы: какие чувства вызывает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эта музыка, почему? Как влияет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наше восприятие информация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том, как и зачем она создавалась?;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Сочинение новой песни о войне;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011" w:val="single" w:color="#000000"/>
              <w:end w:sz="5.600000000000023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8.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Музыкальная грамота</w:t>
            </w:r>
          </w:p>
        </w:tc>
      </w:tr>
      <w:tr>
        <w:trPr>
          <w:trHeight w:hRule="exact" w:val="323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Высота звуков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Л.Бетховен "Веселая, грустная"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О.Амбалова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"Счастливая песенка"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высоты звуков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 помощи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пластики рук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ног.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Освоение понятий «выше-ниже».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принадлежности звуков к одному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регистров. Прослеживание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нотной записи отдельных мотивов,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фрагментов знакомых песен,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вычленение знакомых нот, знаков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альтерации.;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изменением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образа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изменении регистра.;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клавишных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духовых инструментах попевок,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кратких мелодий по нотам.;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Выполнение упражнений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виртуальной клавиатуре;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9.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народов мира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71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наших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соседей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П.И. Чайковский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 №1 для фоно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оркестром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(финал)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Белор Народная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песня "Бульба"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"Веснянка"-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укр.нар.пес.,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"Перепелочка"- белор.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нар.пес.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особенностями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фольклора народов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других стран. Определение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характерных черт, типичных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 музыкального языка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(ритм, лад, интонации).;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внешним видом,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особенностями исполнения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звучания народных инструментов.;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тембров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Классификация на группы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духовых, ударных, струнных.;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знание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тембров народных инструментов.;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Двигательная игра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импровизация​подражание игре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инструментах.;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 интонаций, жанров,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ладов, инструментов других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народов с фольклорными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элементами народов России.;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песен,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танцев, сочинение, импровизация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ритмических аккомпанементов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 ним (с помощью звучащих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жестов или на ударных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инструментах).;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на клавишных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духовых инструментах народных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мелодий, прослеживание их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нотной записи.;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Творческие, исследовательские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проекты, школьные фестивали,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посвящённые музыкальной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культуре народов мира;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10.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Классическая музыка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2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Композиторы 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детям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С.В.Прокофьев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"Детский альбом".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В.Шаинский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"Чунгачанга"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З.Хабалова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"Зверушки".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музыки, 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основного характера, музыкально-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средств,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использованных композитором.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Подбор эпитетов, иллюстраций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музыке. Определение жанра.;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Вокализация, исполнение мелодий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инструментальных пьес со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словами. Разучивание,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ритмических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аккомпанементов (с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звучащих жестов или ударных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шумовых инструментов) к пьесам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маршевого и танцевального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6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10.2.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5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инструменты.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Фортепиано.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К.Сен-Санс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"Карнавал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животных"-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"Антилопа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З.Хабалова"Зверушки"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многообразием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красок фортепиано. Слушание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фортепианных пьес в исполнении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известных пианистов.;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«Я — пианист» — игра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имитация исполнительских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движений во время звучания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детских пьес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фортепиано в исполнении учителя.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Демонстрация возможностей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 (исполнение одной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той же пьесы тихо и громко,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разных регистрах, разными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штрихами). Игра на фортепиано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ансамбле с учителем2.;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концерта фортепианной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Разбираем инструмент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наглядная демонстрация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внутреннего устройства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акустического пианино.;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«Паспорт инструмента»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исследовательская работа,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предполагающая подсчёт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параметров (высота, ширина,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количество клавиш, педалей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т. д.);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2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66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10.3.</w:t>
            </w:r>
          </w:p>
        </w:tc>
        <w:tc>
          <w:tcPr>
            <w:tcW w:type="dxa" w:w="1274"/>
            <w:tcBorders>
              <w:start w:sz="4.7999999999999545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инструменты.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Скрипка,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виолончель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К.Сен-Санс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"Карнавал жиотных"- "Куры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петухи" и "Лебедь"</w:t>
            </w:r>
          </w:p>
        </w:tc>
        <w:tc>
          <w:tcPr>
            <w:tcW w:type="dxa" w:w="1680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Р.Паулс "Мальчик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сверчок"</w:t>
            </w:r>
          </w:p>
        </w:tc>
        <w:tc>
          <w:tcPr>
            <w:tcW w:type="dxa" w:w="1298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Игра-имитация исполнительских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движений во время звучания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знание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конкретных произведений и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авторов, определения тембров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звучащих инструментов.;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песен,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посвящённых музыкальным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Посещение концерта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инструментальной музыки.;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«Паспорт инструмента»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исследовательская работа,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предполагающая описание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внешнего вида и особенностей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звучания инструмента, способов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игры на нём;</w:t>
            </w:r>
          </w:p>
        </w:tc>
        <w:tc>
          <w:tcPr>
            <w:tcW w:type="dxa" w:w="8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театра и кино</w:t>
            </w:r>
          </w:p>
        </w:tc>
      </w:tr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11.1.</w:t>
            </w:r>
          </w:p>
        </w:tc>
        <w:tc>
          <w:tcPr>
            <w:tcW w:type="dxa" w:w="1274"/>
            <w:tcBorders>
              <w:start w:sz="4.7999999999999545" w:val="single" w:color="#000000"/>
              <w:top w:sz="4.7999999999999545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 на сцене,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экране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М.Коваль "Волк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семеро козлят"</w:t>
            </w:r>
          </w:p>
        </w:tc>
        <w:tc>
          <w:tcPr>
            <w:tcW w:type="dxa" w:w="1680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Разучивание арий.</w:t>
            </w:r>
          </w:p>
        </w:tc>
        <w:tc>
          <w:tcPr>
            <w:tcW w:type="dxa" w:w="1298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55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Видеопросмотр музыкальной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сказки. Обсуждение музыкально-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средств,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передающих повороты сюжета,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характеры героев. Игра-викторина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«Угадай по голосу».;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Разучивание, 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отдельных номеров из детской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оперы, музыкальной сказки.;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Постановка детской музыкальной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сказки, спектакль для родителей.;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Творческий проект «Озвучиваем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мультфильм»;</w:t>
            </w:r>
          </w:p>
        </w:tc>
        <w:tc>
          <w:tcPr>
            <w:tcW w:type="dxa" w:w="8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1742"/>
            <w:gridSpan w:val="2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323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060"/>
        </w:trPr>
        <w:tc>
          <w:tcPr>
            <w:tcW w:type="dxa" w:w="174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ЧАСОВ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0988"/>
            <w:gridSpan w:val="7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3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674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1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(А). Стремление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к красоте. Музыкальное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вдохновение.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вокальный цикл «Пять песен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детей» («Начинаем перепляс»)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(Б). Образы природы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музыке.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Вивальди. «Времена года»; П. 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Чайковский. Цикл «Времена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года»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12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"Народная музыка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России" (Б). Многообразие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русского фольклора.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русская народная песня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"Берёзка"; русская народная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строевая песня "Солдатушки,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бравы ребятушки"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26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"Народная музыка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России" (В). Народные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музыкальные инструменты.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песня Садко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оперы«Садко» Н. А. Римского-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Корсакова; русская народная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песня "Полянка"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"Народная музыка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России" (Г). Русские народные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сказания и былины.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былинные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наигрыши;“Былина о Добрыне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Никитиче”(“То не белая береза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земле клонится…”); М. 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Глинка. Песня Баяна “Дела давно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минувших дней…” (из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оперы«Руслан и Людмила»)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519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"Музыкальная грамота"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(А). Повсюду слышны звуки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музыки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Л. ван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Бетховен. «Багатели»; Ф. Шуберт.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«Экосезы»; П. И. Чайковский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пьесы из «Детского альбома»; Р.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Шуман «Детские сцены»,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«Альбом для юношества»; С. С.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Прокофьев«Детская музыка»;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инструментальные и оркестровые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вариации Й. Гайдна, В. 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Моцарта, Л. ван Бетховена, М. 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Глинки; песни и хоровые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"Музыкальная грамота"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(Б). Знакомство с нотной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грамотой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"Музыкальная грамота"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(Г, Д). Звуки длинные и короткие.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ритм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6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(Б). Великие композиторы нашей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Родины.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Н.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Римский-Корсаков. «Полет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шмеля»; П. И. Чайковский.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«Вальс цветов»; И. Ф.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Стравинский. Сюита из балета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«Жар птица»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5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(Б). Песня как музыкальный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Музыка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 Кабалевского, слова 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Пришельца. «Мой край», «Песня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школе»; Музыкa В. Шаинского.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Слoвa М. Пляцковского.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«Улыбка»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(Б). Марш как музыкальный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Марш«Прощание славянки»;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«Марсельеза»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(В). Оркестр.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М. 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Глинка. Опера «Иван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Сусанин»(хор «Славься»); М. П.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Мусоргский. «Картинки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выставки»; П. И. Чайковский,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концерт для скрипки с оркестром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19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(Д). Музыкальные инструменты.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Флейта.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П.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Чайковский. Концерт для скрипки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оркестром ре мажор; Л. ван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Бетховен. Концерт для скрипки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оркестром ре мажор; В. А.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Моцарт. Концерт для флейты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оркестром №1 cоль мажор; 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Вивальди. Концерт для флейты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оркестром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48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"Духовная музыка" (Б).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Молитва, хорал, песнопение.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Народные песнопения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Сергии Радонежском. Утренняя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молитва; П. Чайковский. «В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церкви»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19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"Духовная музыка" (Б).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духовной музыки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творчестве русских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композиторов. 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А. П.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Бородин. Опера "Князь Игорь"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(«Мужайся, княгиня»); Н. 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Римский-Корсаков (молитва из 1-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й картины 3-го действия в опере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«Сказание о невидимом граде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Китяже», «Литургия св. Иоанна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Златоуста», «Всенощное бдение»)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36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"Народная музыка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России" (А).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традиции нашей малой Родины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"Народная музыка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России" (Б). Народные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музыкальные традиции.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русская народная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песня«Дудочка»; М. И. Глинка.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«Камаринская»; И. П. Ларионов.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«Калинка»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51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(Б). Образы природы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романсах русских композиторов.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А. Варламов. «Горные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вершины» (сл. М. Лермонтова);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Г. В.Свиридов «Весна. Осень»; П.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И.Чайковский. Пьесы «Осенняя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песня» и «Подснежник» из цикла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«Времена года»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2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(Б). Музыкальные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живописные полотна.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выбору: М. П. Мусоргский.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Сюита «Картинки с выставки» (в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оркестровке М. Равеля); 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Алябьев «Вечерний звон»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(В). Музыкальный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портрет: образ человека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человека" (В). Музыкальный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портрет: двигательная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импровизация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(Г). Какой же праздник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музыки?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Слова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П. Синявского.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«Рождественская песенка»;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народные славянские песнопения.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«Добрый тебе вечер»,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«Рождественское чудо»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(Г). Какой же праздник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музыки?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«Ай,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мы масленицу дожидали»,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«Полянка», «Проводы зимы»,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«Березонька кудрявая, кудрявая,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моложавая»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человека" (Е). Музыка о войне.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Р. Шуман. «Грезы»; 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Вайнер «Мой дедушка-герой»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2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"Музыкальная грамота"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(З). Высота звуков. 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П.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 Первый концерт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фортепиано с оркестром (1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часть); С. В. Рахманинов.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«Вокализ», Второй концерт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фортепиано с оркестром (начало)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народов мира"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(А). Музыкальные традиции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наших соседей: песни и танцы.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выбору: белорусская народная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песня «Дударики-дудари»,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казахская народная песня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«Богенбай батыр», кюй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Курмангазы «Балбырауын»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исполнении домбры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народов мира"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(А). Музыкальные традиции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наших соседей: инструменты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звучание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(Б). Звучание настроений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чувств.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П. 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 «Детский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альбом»(«Болезнь куклы»,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«Новая кукла»); Д. Б.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Кабалевский "Клоуны"; С. С.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Прокофьев "Петя и волк"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(Г). Музыкальные инструменты.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Рояль и пианино. 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П.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Чайковский. Пьесы из «Детского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альбома»: «Баба Яга», «Утренняя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молитва», Марш деревянных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солдатиков», «Новая кукла»,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«Болезнь куклы»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(Г). Музыкальные инструменты.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«Предки» 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«наследники»фортепиано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86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"Классическая музыка"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(Е). Скрипка, виолончель.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Мастера скрипичной музыки.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выбору: П. И. Чайковский.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Концерт для скрипки с оркестром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 мажор; Л. ван Бетховен.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Концерт для скрипки с оркестром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 мажор; В. А. Моцарт. Концерт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флейты с оркестром №1 cоль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мажор; А. Вивальди. Концерт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флейты с оркестром; Ф.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Мендельсон. Концерт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скрипки с оркестром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18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674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театра и кино"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(А). Музыкальная сказка на сцене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на экране.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«Морозко» (режиссер А. Роу,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 Н. Будашкина),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«После дождичка в четверг»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(режиссер М. Юзовский,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 Г. Гладков),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«Приключения Буратино»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(режиссер Л. Нечаев, композитор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Рыбников)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674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"Музыка театра и кино"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(А). Сочиняем музыкальную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сказку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4178"/>
            <w:gridSpan w:val="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2354"/>
            <w:gridSpan w:val="2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Музыка. 1 класс /Критская Е.Д., Сергеева Г.П., Шмагина Т.С.,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3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Методическое пособие к УМК Г.П. Сергеева, Е.Д. Критская</w:t>
      </w:r>
    </w:p>
    <w:p>
      <w:pPr>
        <w:autoSpaceDN w:val="0"/>
        <w:autoSpaceDE w:val="0"/>
        <w:widowControl/>
        <w:spacing w:line="302" w:lineRule="auto" w:before="264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 https://uchi.ru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Музыкальная колонка, ноты, музыкальные инструменты, проектор, экран, ноутбук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Ноты, музыкальные инструменты, планшеты для рисования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44" w:space="0"/>
            <w:col w:w="10586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344" w:space="0"/>
        <w:col w:w="10586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